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5AAF7" w14:textId="0F0FF0DD" w:rsidR="00042F99" w:rsidRDefault="00000000" w:rsidP="004A4F31">
      <w:pPr>
        <w:pStyle w:val="aa"/>
        <w:spacing w:after="240"/>
        <w:jc w:val="center"/>
        <w:rPr>
          <w:rFonts w:hint="eastAsia"/>
          <w:lang w:eastAsia="zh-CN"/>
        </w:rPr>
      </w:pPr>
      <w:r>
        <w:rPr>
          <w:rFonts w:ascii="宋体" w:eastAsia="宋体" w:hAnsi="宋体"/>
          <w:lang w:eastAsia="zh-CN"/>
        </w:rPr>
        <w:t>第十二届民族研究青年论坛报名回执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672"/>
        <w:gridCol w:w="1440"/>
        <w:gridCol w:w="3672"/>
      </w:tblGrid>
      <w:tr w:rsidR="00042F99" w14:paraId="12ED996D" w14:textId="77777777">
        <w:trPr>
          <w:trHeight w:val="864"/>
          <w:jc w:val="center"/>
        </w:trPr>
        <w:tc>
          <w:tcPr>
            <w:tcW w:w="144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066CBB4C" w14:textId="77777777" w:rsidR="00042F99" w:rsidRDefault="00000000">
            <w:pPr>
              <w:spacing w:after="0" w:line="30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</w:rPr>
              <w:t>姓名</w:t>
            </w:r>
            <w:proofErr w:type="spellEnd"/>
          </w:p>
        </w:tc>
        <w:tc>
          <w:tcPr>
            <w:tcW w:w="367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145A05DD" w14:textId="77777777" w:rsidR="00042F99" w:rsidRDefault="00042F99">
            <w:pPr>
              <w:spacing w:after="0" w:line="300" w:lineRule="auto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5C9FAC0D" w14:textId="77777777" w:rsidR="00042F99" w:rsidRDefault="00000000">
            <w:pPr>
              <w:spacing w:after="0" w:line="300" w:lineRule="auto"/>
              <w:jc w:val="center"/>
              <w:rPr>
                <w:rFonts w:hint="eastAsia"/>
              </w:rPr>
            </w:pPr>
            <w:r>
              <w:rPr>
                <w:b/>
              </w:rPr>
              <w:t>年龄</w:t>
            </w:r>
          </w:p>
        </w:tc>
        <w:tc>
          <w:tcPr>
            <w:tcW w:w="367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74985479" w14:textId="77777777" w:rsidR="00042F99" w:rsidRDefault="00042F99">
            <w:pPr>
              <w:spacing w:after="0" w:line="300" w:lineRule="auto"/>
              <w:rPr>
                <w:rFonts w:hint="eastAsia"/>
              </w:rPr>
            </w:pPr>
          </w:p>
        </w:tc>
      </w:tr>
      <w:tr w:rsidR="00042F99" w14:paraId="7C05A9D1" w14:textId="77777777">
        <w:trPr>
          <w:trHeight w:val="893"/>
          <w:jc w:val="center"/>
        </w:trPr>
        <w:tc>
          <w:tcPr>
            <w:tcW w:w="19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40239AA1" w14:textId="77777777" w:rsidR="00042F99" w:rsidRDefault="00000000">
            <w:pPr>
              <w:spacing w:after="0" w:line="300" w:lineRule="auto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单位/学校</w:t>
            </w:r>
          </w:p>
        </w:tc>
        <w:tc>
          <w:tcPr>
            <w:tcW w:w="8280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30EFD686" w14:textId="77777777" w:rsidR="00042F99" w:rsidRDefault="00042F99">
            <w:pPr>
              <w:spacing w:after="0" w:line="300" w:lineRule="auto"/>
              <w:rPr>
                <w:rFonts w:hint="eastAsia"/>
              </w:rPr>
            </w:pPr>
          </w:p>
        </w:tc>
      </w:tr>
      <w:tr w:rsidR="00042F99" w14:paraId="27FAFAA5" w14:textId="77777777">
        <w:trPr>
          <w:trHeight w:val="893"/>
          <w:jc w:val="center"/>
        </w:trPr>
        <w:tc>
          <w:tcPr>
            <w:tcW w:w="19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0050C0A6" w14:textId="77777777" w:rsidR="00042F99" w:rsidRDefault="00000000">
            <w:pPr>
              <w:spacing w:after="0" w:line="300" w:lineRule="auto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职务/职称</w:t>
            </w:r>
          </w:p>
        </w:tc>
        <w:tc>
          <w:tcPr>
            <w:tcW w:w="8280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34FB4E63" w14:textId="77777777" w:rsidR="00042F99" w:rsidRDefault="00042F99">
            <w:pPr>
              <w:spacing w:after="0" w:line="300" w:lineRule="auto"/>
              <w:rPr>
                <w:rFonts w:hint="eastAsia"/>
              </w:rPr>
            </w:pPr>
          </w:p>
        </w:tc>
      </w:tr>
      <w:tr w:rsidR="00042F99" w14:paraId="74CC056A" w14:textId="77777777">
        <w:trPr>
          <w:trHeight w:val="1296"/>
          <w:jc w:val="center"/>
        </w:trPr>
        <w:tc>
          <w:tcPr>
            <w:tcW w:w="19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626E4329" w14:textId="77777777" w:rsidR="00042F99" w:rsidRDefault="00000000">
            <w:pPr>
              <w:spacing w:after="0" w:line="300" w:lineRule="auto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论文题目</w:t>
            </w:r>
          </w:p>
        </w:tc>
        <w:tc>
          <w:tcPr>
            <w:tcW w:w="8280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3B137714" w14:textId="77777777" w:rsidR="00042F99" w:rsidRDefault="00042F99">
            <w:pPr>
              <w:spacing w:after="0" w:line="300" w:lineRule="auto"/>
              <w:rPr>
                <w:rFonts w:hint="eastAsia"/>
              </w:rPr>
            </w:pPr>
          </w:p>
        </w:tc>
      </w:tr>
      <w:tr w:rsidR="00042F99" w14:paraId="5DB81020" w14:textId="77777777">
        <w:trPr>
          <w:trHeight w:val="5256"/>
          <w:jc w:val="center"/>
        </w:trPr>
        <w:tc>
          <w:tcPr>
            <w:tcW w:w="19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51F8BAD4" w14:textId="77777777" w:rsidR="00042F99" w:rsidRDefault="00000000">
            <w:pPr>
              <w:spacing w:after="0" w:line="300" w:lineRule="auto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摘要</w:t>
            </w:r>
            <w:r>
              <w:rPr>
                <w:b/>
                <w:sz w:val="22"/>
              </w:rPr>
              <w:br/>
              <w:t>（500字以内）</w:t>
            </w:r>
          </w:p>
        </w:tc>
        <w:tc>
          <w:tcPr>
            <w:tcW w:w="8280" w:type="dxa"/>
            <w:gridSpan w:val="3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4E2432A7" w14:textId="77777777" w:rsidR="00042F99" w:rsidRDefault="00042F99">
            <w:pPr>
              <w:spacing w:after="0" w:line="300" w:lineRule="auto"/>
              <w:rPr>
                <w:rFonts w:hint="eastAsia"/>
              </w:rPr>
            </w:pPr>
          </w:p>
        </w:tc>
      </w:tr>
    </w:tbl>
    <w:p w14:paraId="794F8532" w14:textId="77777777" w:rsidR="00342DB4" w:rsidRDefault="00342DB4"/>
    <w:sectPr w:rsidR="00342DB4" w:rsidSect="00034616"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B82C3" w14:textId="77777777" w:rsidR="00342DB4" w:rsidRDefault="00342DB4" w:rsidP="004A4F3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C32281" w14:textId="77777777" w:rsidR="00342DB4" w:rsidRDefault="00342DB4" w:rsidP="004A4F3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40AAC" w14:textId="77777777" w:rsidR="00342DB4" w:rsidRDefault="00342DB4" w:rsidP="004A4F3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7076CC" w14:textId="77777777" w:rsidR="00342DB4" w:rsidRDefault="00342DB4" w:rsidP="004A4F3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3141252">
    <w:abstractNumId w:val="8"/>
  </w:num>
  <w:num w:numId="2" w16cid:durableId="1997538202">
    <w:abstractNumId w:val="6"/>
  </w:num>
  <w:num w:numId="3" w16cid:durableId="1707441316">
    <w:abstractNumId w:val="5"/>
  </w:num>
  <w:num w:numId="4" w16cid:durableId="2049065077">
    <w:abstractNumId w:val="4"/>
  </w:num>
  <w:num w:numId="5" w16cid:durableId="432633710">
    <w:abstractNumId w:val="7"/>
  </w:num>
  <w:num w:numId="6" w16cid:durableId="167255590">
    <w:abstractNumId w:val="3"/>
  </w:num>
  <w:num w:numId="7" w16cid:durableId="1702242015">
    <w:abstractNumId w:val="2"/>
  </w:num>
  <w:num w:numId="8" w16cid:durableId="1492064909">
    <w:abstractNumId w:val="1"/>
  </w:num>
  <w:num w:numId="9" w16cid:durableId="184308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F99"/>
    <w:rsid w:val="0006063C"/>
    <w:rsid w:val="0015074B"/>
    <w:rsid w:val="0029639D"/>
    <w:rsid w:val="00326F90"/>
    <w:rsid w:val="00342DB4"/>
    <w:rsid w:val="004A4F31"/>
    <w:rsid w:val="00AA1D8D"/>
    <w:rsid w:val="00B47730"/>
    <w:rsid w:val="00CB0664"/>
    <w:rsid w:val="00FA34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9DE30E"/>
  <w14:defaultImageDpi w14:val="300"/>
  <w15:docId w15:val="{AA9B53B3-957F-4E2B-8E3A-736B096D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33</Characters>
  <Application>Microsoft Office Word</Application>
  <DocSecurity>0</DocSecurity>
  <Lines>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第十二届民族研究青年论坛报名回执</dc:title>
  <dc:subject>论坛报名回执表</dc:subject>
  <dc:creator/>
  <cp:keywords>民族研究 青年论坛 报名回执</cp:keywords>
  <dc:description>generated by python-docx</dc:description>
  <cp:lastModifiedBy>Haowu Wang</cp:lastModifiedBy>
  <cp:revision>2</cp:revision>
  <dcterms:created xsi:type="dcterms:W3CDTF">2013-12-23T23:15:00Z</dcterms:created>
  <dcterms:modified xsi:type="dcterms:W3CDTF">2026-09-23T05:16:00Z</dcterms:modified>
  <cp:category/>
</cp:coreProperties>
</file>